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2AC85" w14:textId="77777777" w:rsidR="00686E03" w:rsidRDefault="005B292E" w:rsidP="00686E03">
      <w:pPr>
        <w:ind w:left="-426"/>
        <w:jc w:val="center"/>
        <w:rPr>
          <w:sz w:val="28"/>
          <w:szCs w:val="24"/>
        </w:rPr>
      </w:pPr>
      <w:r w:rsidRPr="00686E03">
        <w:rPr>
          <w:b/>
          <w:sz w:val="40"/>
          <w:szCs w:val="36"/>
        </w:rPr>
        <w:t>KÉRELEM</w:t>
      </w:r>
      <w:r w:rsidRPr="00686E03">
        <w:rPr>
          <w:b/>
          <w:sz w:val="40"/>
          <w:szCs w:val="36"/>
        </w:rPr>
        <w:br/>
      </w:r>
      <w:r w:rsidR="00686E03" w:rsidRPr="00686E03">
        <w:rPr>
          <w:sz w:val="28"/>
          <w:szCs w:val="24"/>
        </w:rPr>
        <w:t xml:space="preserve">a </w:t>
      </w:r>
      <w:proofErr w:type="spellStart"/>
      <w:r w:rsidR="00686E03" w:rsidRPr="00686E03">
        <w:rPr>
          <w:sz w:val="28"/>
          <w:szCs w:val="24"/>
        </w:rPr>
        <w:t>közúti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közlekedésről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szóló</w:t>
      </w:r>
      <w:proofErr w:type="spellEnd"/>
      <w:r w:rsidR="00686E03" w:rsidRPr="00686E03">
        <w:rPr>
          <w:sz w:val="28"/>
          <w:szCs w:val="24"/>
        </w:rPr>
        <w:t xml:space="preserve"> 1988. </w:t>
      </w:r>
      <w:proofErr w:type="spellStart"/>
      <w:r w:rsidR="00686E03" w:rsidRPr="00686E03">
        <w:rPr>
          <w:sz w:val="28"/>
          <w:szCs w:val="24"/>
        </w:rPr>
        <w:t>évi</w:t>
      </w:r>
      <w:proofErr w:type="spellEnd"/>
      <w:r w:rsidR="00686E03" w:rsidRPr="00686E03">
        <w:rPr>
          <w:sz w:val="28"/>
          <w:szCs w:val="24"/>
        </w:rPr>
        <w:t xml:space="preserve"> I. </w:t>
      </w:r>
      <w:proofErr w:type="spellStart"/>
      <w:r w:rsidR="00686E03" w:rsidRPr="00686E03">
        <w:rPr>
          <w:sz w:val="28"/>
          <w:szCs w:val="24"/>
        </w:rPr>
        <w:t>törvény</w:t>
      </w:r>
      <w:proofErr w:type="spellEnd"/>
      <w:r w:rsidR="00686E03" w:rsidRPr="00686E03">
        <w:rPr>
          <w:sz w:val="28"/>
          <w:szCs w:val="24"/>
        </w:rPr>
        <w:t xml:space="preserve">, </w:t>
      </w:r>
      <w:proofErr w:type="spellStart"/>
      <w:r w:rsidR="00686E03" w:rsidRPr="00686E03">
        <w:rPr>
          <w:sz w:val="28"/>
          <w:szCs w:val="24"/>
        </w:rPr>
        <w:t>valamint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az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autópályák</w:t>
      </w:r>
      <w:proofErr w:type="spellEnd"/>
      <w:r w:rsidR="00686E03" w:rsidRPr="00686E03">
        <w:rPr>
          <w:sz w:val="28"/>
          <w:szCs w:val="24"/>
        </w:rPr>
        <w:t xml:space="preserve">, </w:t>
      </w:r>
      <w:proofErr w:type="spellStart"/>
      <w:r w:rsidR="00686E03" w:rsidRPr="00686E03">
        <w:rPr>
          <w:sz w:val="28"/>
          <w:szCs w:val="24"/>
        </w:rPr>
        <w:t>autóutak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és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főutak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használatáért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fizetendő</w:t>
      </w:r>
      <w:proofErr w:type="spellEnd"/>
      <w:r w:rsidR="00686E03" w:rsidRPr="00686E03">
        <w:rPr>
          <w:sz w:val="28"/>
          <w:szCs w:val="24"/>
        </w:rPr>
        <w:t xml:space="preserve">, </w:t>
      </w:r>
      <w:proofErr w:type="spellStart"/>
      <w:r w:rsidR="00686E03" w:rsidRPr="00686E03">
        <w:rPr>
          <w:sz w:val="28"/>
          <w:szCs w:val="24"/>
        </w:rPr>
        <w:t>megtett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úttal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arányos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díjról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szóló</w:t>
      </w:r>
      <w:proofErr w:type="spellEnd"/>
      <w:r w:rsidR="00686E03" w:rsidRPr="00686E03">
        <w:rPr>
          <w:sz w:val="28"/>
          <w:szCs w:val="24"/>
        </w:rPr>
        <w:t xml:space="preserve"> 2013. </w:t>
      </w:r>
      <w:proofErr w:type="spellStart"/>
      <w:r w:rsidR="00686E03" w:rsidRPr="00686E03">
        <w:rPr>
          <w:sz w:val="28"/>
          <w:szCs w:val="24"/>
        </w:rPr>
        <w:t>évi</w:t>
      </w:r>
      <w:proofErr w:type="spellEnd"/>
      <w:r w:rsidR="00686E03" w:rsidRPr="00686E03">
        <w:rPr>
          <w:sz w:val="28"/>
          <w:szCs w:val="24"/>
        </w:rPr>
        <w:t xml:space="preserve"> LXVII. </w:t>
      </w:r>
      <w:proofErr w:type="spellStart"/>
      <w:r w:rsidR="00686E03" w:rsidRPr="00686E03">
        <w:rPr>
          <w:sz w:val="28"/>
          <w:szCs w:val="24"/>
        </w:rPr>
        <w:t>törvény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veszélyhelyzet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ideje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alatt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történő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eltérő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alkalmazásáról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szóló</w:t>
      </w:r>
      <w:proofErr w:type="spellEnd"/>
      <w:r w:rsidR="00686E03" w:rsidRPr="00686E03">
        <w:rPr>
          <w:sz w:val="28"/>
          <w:szCs w:val="24"/>
        </w:rPr>
        <w:t xml:space="preserve"> </w:t>
      </w:r>
      <w:r w:rsidR="00686E03" w:rsidRPr="00686E03">
        <w:rPr>
          <w:b/>
          <w:bCs/>
          <w:sz w:val="28"/>
          <w:szCs w:val="24"/>
        </w:rPr>
        <w:t xml:space="preserve">78/2026. (III. 27.) </w:t>
      </w:r>
      <w:proofErr w:type="spellStart"/>
      <w:r w:rsidR="00686E03" w:rsidRPr="00686E03">
        <w:rPr>
          <w:b/>
          <w:bCs/>
          <w:sz w:val="28"/>
          <w:szCs w:val="24"/>
        </w:rPr>
        <w:t>Korm</w:t>
      </w:r>
      <w:proofErr w:type="spellEnd"/>
      <w:r w:rsidR="00686E03" w:rsidRPr="00686E03">
        <w:rPr>
          <w:b/>
          <w:bCs/>
          <w:sz w:val="28"/>
          <w:szCs w:val="24"/>
        </w:rPr>
        <w:t xml:space="preserve">. </w:t>
      </w:r>
      <w:proofErr w:type="spellStart"/>
      <w:r w:rsidR="00686E03" w:rsidRPr="00686E03">
        <w:rPr>
          <w:b/>
          <w:bCs/>
          <w:sz w:val="28"/>
          <w:szCs w:val="24"/>
        </w:rPr>
        <w:t>rendelet</w:t>
      </w:r>
      <w:proofErr w:type="spellEnd"/>
      <w:r w:rsidR="00686E03" w:rsidRPr="00686E03">
        <w:rPr>
          <w:b/>
          <w:bCs/>
          <w:sz w:val="28"/>
          <w:szCs w:val="24"/>
        </w:rPr>
        <w:t xml:space="preserve"> 1. </w:t>
      </w:r>
      <w:proofErr w:type="spellStart"/>
      <w:r w:rsidR="00686E03" w:rsidRPr="00686E03">
        <w:rPr>
          <w:b/>
          <w:bCs/>
          <w:sz w:val="28"/>
          <w:szCs w:val="24"/>
        </w:rPr>
        <w:t>mellékletében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meghatározott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termékkörre</w:t>
      </w:r>
      <w:proofErr w:type="spellEnd"/>
      <w:r w:rsidR="00686E03" w:rsidRPr="00686E03">
        <w:rPr>
          <w:sz w:val="28"/>
          <w:szCs w:val="24"/>
        </w:rPr>
        <w:t xml:space="preserve">, </w:t>
      </w:r>
      <w:proofErr w:type="spellStart"/>
      <w:r w:rsidR="00686E03" w:rsidRPr="00686E03">
        <w:rPr>
          <w:sz w:val="28"/>
          <w:szCs w:val="24"/>
        </w:rPr>
        <w:t>viszonylatokra</w:t>
      </w:r>
      <w:proofErr w:type="spellEnd"/>
      <w:r w:rsidR="00686E03" w:rsidRPr="00686E03">
        <w:rPr>
          <w:sz w:val="28"/>
          <w:szCs w:val="24"/>
        </w:rPr>
        <w:t xml:space="preserve">, </w:t>
      </w:r>
      <w:proofErr w:type="spellStart"/>
      <w:r w:rsidR="00686E03" w:rsidRPr="00686E03">
        <w:rPr>
          <w:sz w:val="28"/>
          <w:szCs w:val="24"/>
        </w:rPr>
        <w:t>illetve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bizonyos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élő-állatoknál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bármely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viszonylatra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szóló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úthasználati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mentesség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igazolásáról</w:t>
      </w:r>
      <w:proofErr w:type="spellEnd"/>
      <w:r w:rsidR="00686E03" w:rsidRPr="00686E03">
        <w:rPr>
          <w:sz w:val="28"/>
          <w:szCs w:val="24"/>
        </w:rPr>
        <w:t xml:space="preserve"> </w:t>
      </w:r>
      <w:proofErr w:type="spellStart"/>
      <w:r w:rsidR="00686E03" w:rsidRPr="00686E03">
        <w:rPr>
          <w:sz w:val="28"/>
          <w:szCs w:val="24"/>
        </w:rPr>
        <w:t>szóló</w:t>
      </w:r>
      <w:proofErr w:type="spellEnd"/>
      <w:r w:rsidR="00686E03" w:rsidRPr="00686E03">
        <w:rPr>
          <w:sz w:val="28"/>
          <w:szCs w:val="24"/>
        </w:rPr>
        <w:t xml:space="preserve"> </w:t>
      </w:r>
    </w:p>
    <w:p w14:paraId="65502107" w14:textId="2DDB88B3" w:rsidR="004729E0" w:rsidRPr="00686E03" w:rsidRDefault="00686E03" w:rsidP="00686E03">
      <w:pPr>
        <w:ind w:left="-426"/>
        <w:jc w:val="center"/>
        <w:rPr>
          <w:b/>
          <w:bCs/>
          <w:sz w:val="28"/>
          <w:szCs w:val="24"/>
        </w:rPr>
      </w:pPr>
      <w:proofErr w:type="spellStart"/>
      <w:r w:rsidRPr="00686E03">
        <w:rPr>
          <w:b/>
          <w:bCs/>
          <w:sz w:val="28"/>
          <w:szCs w:val="24"/>
        </w:rPr>
        <w:t>hatósági</w:t>
      </w:r>
      <w:proofErr w:type="spellEnd"/>
      <w:r w:rsidRPr="00686E03">
        <w:rPr>
          <w:b/>
          <w:bCs/>
          <w:sz w:val="28"/>
          <w:szCs w:val="24"/>
        </w:rPr>
        <w:t xml:space="preserve"> </w:t>
      </w:r>
      <w:proofErr w:type="spellStart"/>
      <w:r w:rsidRPr="00686E03">
        <w:rPr>
          <w:b/>
          <w:bCs/>
          <w:sz w:val="28"/>
          <w:szCs w:val="24"/>
        </w:rPr>
        <w:t>bizonyítvány</w:t>
      </w:r>
      <w:proofErr w:type="spellEnd"/>
      <w:r w:rsidRPr="00686E03">
        <w:rPr>
          <w:b/>
          <w:bCs/>
          <w:sz w:val="28"/>
          <w:szCs w:val="24"/>
        </w:rPr>
        <w:t xml:space="preserve"> </w:t>
      </w:r>
      <w:proofErr w:type="spellStart"/>
      <w:r w:rsidRPr="00686E03">
        <w:rPr>
          <w:b/>
          <w:bCs/>
          <w:sz w:val="28"/>
          <w:szCs w:val="24"/>
        </w:rPr>
        <w:t>kiadásá</w:t>
      </w:r>
      <w:r w:rsidR="001F18ED">
        <w:rPr>
          <w:b/>
          <w:bCs/>
          <w:sz w:val="28"/>
          <w:szCs w:val="24"/>
        </w:rPr>
        <w:t>hoz</w:t>
      </w:r>
      <w:proofErr w:type="spellEnd"/>
    </w:p>
    <w:p w14:paraId="549B40DD" w14:textId="63AEC736" w:rsidR="004729E0" w:rsidRPr="00033253" w:rsidRDefault="005B292E" w:rsidP="00686E03">
      <w:pPr>
        <w:rPr>
          <w:b/>
          <w:bCs/>
        </w:rPr>
      </w:pPr>
      <w:r w:rsidRPr="00033253">
        <w:rPr>
          <w:b/>
          <w:bCs/>
        </w:rPr>
        <w:t xml:space="preserve"> </w:t>
      </w:r>
      <w:proofErr w:type="spellStart"/>
      <w:r w:rsidRPr="00033253">
        <w:rPr>
          <w:b/>
          <w:bCs/>
        </w:rPr>
        <w:t>Kérelmező</w:t>
      </w:r>
      <w:proofErr w:type="spellEnd"/>
      <w:r w:rsidRPr="00033253">
        <w:rPr>
          <w:b/>
          <w:bCs/>
        </w:rPr>
        <w:t xml:space="preserve"> </w:t>
      </w:r>
      <w:proofErr w:type="spellStart"/>
      <w:r w:rsidRPr="00033253">
        <w:rPr>
          <w:b/>
          <w:bCs/>
        </w:rPr>
        <w:t>adatai</w:t>
      </w:r>
      <w:proofErr w:type="spellEnd"/>
    </w:p>
    <w:p w14:paraId="7CDDE7E1" w14:textId="5E52DD92" w:rsidR="00B012A1" w:rsidRDefault="00B012A1" w:rsidP="00686E03">
      <w:r>
        <w:t xml:space="preserve">Ha a </w:t>
      </w:r>
      <w:proofErr w:type="spellStart"/>
      <w:r>
        <w:t>kérelmező</w:t>
      </w:r>
      <w:proofErr w:type="spellEnd"/>
      <w:r>
        <w:t xml:space="preserve"> </w:t>
      </w:r>
      <w:proofErr w:type="spellStart"/>
      <w:r>
        <w:t>magánszemély</w:t>
      </w:r>
      <w:proofErr w:type="spellEnd"/>
      <w: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729E0" w14:paraId="3CC1A57F" w14:textId="77777777">
        <w:tc>
          <w:tcPr>
            <w:tcW w:w="4320" w:type="dxa"/>
          </w:tcPr>
          <w:p w14:paraId="63144D07" w14:textId="77777777" w:rsidR="004729E0" w:rsidRDefault="005B292E">
            <w:proofErr w:type="spellStart"/>
            <w:r>
              <w:t>Név</w:t>
            </w:r>
            <w:proofErr w:type="spellEnd"/>
            <w:r>
              <w:t xml:space="preserve"> / </w:t>
            </w:r>
            <w:proofErr w:type="spellStart"/>
            <w:r>
              <w:t>megnevezés</w:t>
            </w:r>
            <w:proofErr w:type="spellEnd"/>
          </w:p>
        </w:tc>
        <w:tc>
          <w:tcPr>
            <w:tcW w:w="4320" w:type="dxa"/>
          </w:tcPr>
          <w:p w14:paraId="1A261B42" w14:textId="77777777" w:rsidR="004729E0" w:rsidRDefault="004729E0"/>
          <w:p w14:paraId="1CDBF138" w14:textId="77777777" w:rsidR="007D7A97" w:rsidRDefault="007D7A97"/>
        </w:tc>
      </w:tr>
      <w:tr w:rsidR="004729E0" w14:paraId="1D7E55AE" w14:textId="77777777">
        <w:tc>
          <w:tcPr>
            <w:tcW w:w="4320" w:type="dxa"/>
          </w:tcPr>
          <w:p w14:paraId="6BF6BCCB" w14:textId="77777777" w:rsidR="004729E0" w:rsidRDefault="005B292E">
            <w:proofErr w:type="spellStart"/>
            <w:r>
              <w:t>Lakcím</w:t>
            </w:r>
            <w:proofErr w:type="spellEnd"/>
            <w:r>
              <w:t xml:space="preserve"> / </w:t>
            </w:r>
            <w:proofErr w:type="spellStart"/>
            <w:r>
              <w:t>székhely</w:t>
            </w:r>
            <w:proofErr w:type="spellEnd"/>
          </w:p>
        </w:tc>
        <w:tc>
          <w:tcPr>
            <w:tcW w:w="4320" w:type="dxa"/>
          </w:tcPr>
          <w:p w14:paraId="1F9973A5" w14:textId="77777777" w:rsidR="004729E0" w:rsidRDefault="004729E0"/>
          <w:p w14:paraId="73B5B8C5" w14:textId="77777777" w:rsidR="007D7A97" w:rsidRDefault="007D7A97"/>
        </w:tc>
      </w:tr>
      <w:tr w:rsidR="004729E0" w14:paraId="325A8C71" w14:textId="77777777">
        <w:tc>
          <w:tcPr>
            <w:tcW w:w="4320" w:type="dxa"/>
          </w:tcPr>
          <w:p w14:paraId="12A9AE49" w14:textId="77777777" w:rsidR="004729E0" w:rsidRDefault="005B292E">
            <w:r>
              <w:t xml:space="preserve">Anyja neve (term. </w:t>
            </w:r>
            <w:proofErr w:type="spellStart"/>
            <w:r>
              <w:t>szem</w:t>
            </w:r>
            <w:proofErr w:type="spellEnd"/>
            <w:r>
              <w:t>.)</w:t>
            </w:r>
          </w:p>
        </w:tc>
        <w:tc>
          <w:tcPr>
            <w:tcW w:w="4320" w:type="dxa"/>
          </w:tcPr>
          <w:p w14:paraId="6FF1B440" w14:textId="77777777" w:rsidR="004729E0" w:rsidRDefault="004729E0"/>
          <w:p w14:paraId="128FD13B" w14:textId="77777777" w:rsidR="007D7A97" w:rsidRDefault="007D7A97"/>
        </w:tc>
      </w:tr>
      <w:tr w:rsidR="004729E0" w14:paraId="485872B5" w14:textId="77777777">
        <w:tc>
          <w:tcPr>
            <w:tcW w:w="4320" w:type="dxa"/>
          </w:tcPr>
          <w:p w14:paraId="56CA93E1" w14:textId="77777777" w:rsidR="004729E0" w:rsidRDefault="005B292E">
            <w:proofErr w:type="spellStart"/>
            <w:r>
              <w:t>Születési</w:t>
            </w:r>
            <w:proofErr w:type="spellEnd"/>
            <w:r>
              <w:t xml:space="preserve"> </w:t>
            </w:r>
            <w:proofErr w:type="spellStart"/>
            <w:r>
              <w:t>hely</w:t>
            </w:r>
            <w:proofErr w:type="spellEnd"/>
            <w:r>
              <w:t xml:space="preserve">, </w:t>
            </w:r>
            <w:proofErr w:type="spellStart"/>
            <w:r>
              <w:t>idő</w:t>
            </w:r>
            <w:proofErr w:type="spellEnd"/>
          </w:p>
        </w:tc>
        <w:tc>
          <w:tcPr>
            <w:tcW w:w="4320" w:type="dxa"/>
          </w:tcPr>
          <w:p w14:paraId="6E9B4BFE" w14:textId="77777777" w:rsidR="004729E0" w:rsidRDefault="004729E0"/>
          <w:p w14:paraId="34980DDC" w14:textId="77777777" w:rsidR="007D7A97" w:rsidRDefault="007D7A97"/>
        </w:tc>
      </w:tr>
      <w:tr w:rsidR="004729E0" w14:paraId="4F3475B8" w14:textId="77777777">
        <w:tc>
          <w:tcPr>
            <w:tcW w:w="4320" w:type="dxa"/>
          </w:tcPr>
          <w:p w14:paraId="19DDFF17" w14:textId="77777777" w:rsidR="004729E0" w:rsidRDefault="005B292E">
            <w:proofErr w:type="spellStart"/>
            <w:r>
              <w:t>Elérhetőség</w:t>
            </w:r>
            <w:proofErr w:type="spellEnd"/>
            <w:r>
              <w:t xml:space="preserve"> (</w:t>
            </w:r>
            <w:proofErr w:type="spellStart"/>
            <w:r>
              <w:t>telefon</w:t>
            </w:r>
            <w:proofErr w:type="spellEnd"/>
            <w:r>
              <w:t>, e-mail)</w:t>
            </w:r>
          </w:p>
        </w:tc>
        <w:tc>
          <w:tcPr>
            <w:tcW w:w="4320" w:type="dxa"/>
          </w:tcPr>
          <w:p w14:paraId="022286A0" w14:textId="77777777" w:rsidR="004729E0" w:rsidRDefault="004729E0"/>
          <w:p w14:paraId="748FE441" w14:textId="77777777" w:rsidR="007D7A97" w:rsidRDefault="007D7A97"/>
        </w:tc>
      </w:tr>
    </w:tbl>
    <w:p w14:paraId="3E41992B" w14:textId="77777777" w:rsidR="00B012A1" w:rsidRDefault="005B292E">
      <w:r>
        <w:t xml:space="preserve"> </w:t>
      </w:r>
    </w:p>
    <w:p w14:paraId="2DAB9266" w14:textId="5F79B238" w:rsidR="00B012A1" w:rsidRDefault="00B012A1" w:rsidP="00B012A1">
      <w:r>
        <w:t xml:space="preserve">Ha a </w:t>
      </w:r>
      <w:proofErr w:type="spellStart"/>
      <w:r>
        <w:t>kérelmező</w:t>
      </w:r>
      <w:proofErr w:type="spellEnd"/>
      <w:r>
        <w:t xml:space="preserve"> </w:t>
      </w:r>
      <w:proofErr w:type="spellStart"/>
      <w:r>
        <w:t>gazdálkodó</w:t>
      </w:r>
      <w:proofErr w:type="spellEnd"/>
      <w:r>
        <w:t xml:space="preserve"> </w:t>
      </w:r>
      <w:proofErr w:type="spellStart"/>
      <w:r>
        <w:t>szervezet</w:t>
      </w:r>
      <w:proofErr w:type="spellEnd"/>
      <w:r>
        <w:t>/</w:t>
      </w:r>
      <w:proofErr w:type="spellStart"/>
      <w:r>
        <w:t>egyéni</w:t>
      </w:r>
      <w:proofErr w:type="spellEnd"/>
      <w:r>
        <w:t xml:space="preserve"> </w:t>
      </w:r>
      <w:proofErr w:type="spellStart"/>
      <w:r>
        <w:t>vállalkozó</w:t>
      </w:r>
      <w:proofErr w:type="spellEnd"/>
      <w: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012A1" w14:paraId="29896E0A" w14:textId="77777777" w:rsidTr="007B41FC">
        <w:tc>
          <w:tcPr>
            <w:tcW w:w="4320" w:type="dxa"/>
          </w:tcPr>
          <w:p w14:paraId="2A1C16B7" w14:textId="48AE0DAF" w:rsidR="00B012A1" w:rsidRDefault="00B012A1" w:rsidP="007B41FC">
            <w:proofErr w:type="spellStart"/>
            <w:r>
              <w:t>Cégnév</w:t>
            </w:r>
            <w:proofErr w:type="spellEnd"/>
            <w:r>
              <w:t>/</w:t>
            </w:r>
            <w:proofErr w:type="spellStart"/>
            <w:r>
              <w:t>Egyéni</w:t>
            </w:r>
            <w:proofErr w:type="spellEnd"/>
            <w:r>
              <w:t xml:space="preserve"> </w:t>
            </w:r>
            <w:proofErr w:type="spellStart"/>
            <w:r>
              <w:t>vállakozó</w:t>
            </w:r>
            <w:proofErr w:type="spellEnd"/>
            <w:r>
              <w:t xml:space="preserve"> neve</w:t>
            </w:r>
          </w:p>
        </w:tc>
        <w:tc>
          <w:tcPr>
            <w:tcW w:w="4320" w:type="dxa"/>
          </w:tcPr>
          <w:p w14:paraId="0A6234D3" w14:textId="77777777" w:rsidR="00B012A1" w:rsidRDefault="00B012A1" w:rsidP="007B41FC"/>
          <w:p w14:paraId="12A04526" w14:textId="77777777" w:rsidR="007D7A97" w:rsidRDefault="007D7A97" w:rsidP="007B41FC"/>
        </w:tc>
      </w:tr>
      <w:tr w:rsidR="00B012A1" w14:paraId="7CD254B3" w14:textId="77777777" w:rsidTr="007B41FC">
        <w:tc>
          <w:tcPr>
            <w:tcW w:w="4320" w:type="dxa"/>
          </w:tcPr>
          <w:p w14:paraId="184F480F" w14:textId="3F3F795F" w:rsidR="00B012A1" w:rsidRDefault="00B012A1" w:rsidP="007B41FC">
            <w:proofErr w:type="spellStart"/>
            <w:r>
              <w:t>Sszékhely</w:t>
            </w:r>
            <w:proofErr w:type="spellEnd"/>
            <w:r>
              <w:t>/</w:t>
            </w:r>
            <w:proofErr w:type="spellStart"/>
            <w:r>
              <w:t>Telephely</w:t>
            </w:r>
            <w:proofErr w:type="spellEnd"/>
            <w:r>
              <w:t>:</w:t>
            </w:r>
          </w:p>
        </w:tc>
        <w:tc>
          <w:tcPr>
            <w:tcW w:w="4320" w:type="dxa"/>
          </w:tcPr>
          <w:p w14:paraId="03C491EE" w14:textId="77777777" w:rsidR="00B012A1" w:rsidRDefault="00B012A1" w:rsidP="007B41FC"/>
          <w:p w14:paraId="348C136F" w14:textId="77777777" w:rsidR="007D7A97" w:rsidRDefault="007D7A97" w:rsidP="007B41FC"/>
        </w:tc>
      </w:tr>
      <w:tr w:rsidR="00B012A1" w14:paraId="5ADA6428" w14:textId="77777777" w:rsidTr="007B41FC">
        <w:tc>
          <w:tcPr>
            <w:tcW w:w="4320" w:type="dxa"/>
          </w:tcPr>
          <w:p w14:paraId="2C084CE4" w14:textId="557728AE" w:rsidR="00B012A1" w:rsidRDefault="00B012A1" w:rsidP="007B41FC">
            <w:proofErr w:type="spellStart"/>
            <w:r>
              <w:t>Cégjegyzékszám</w:t>
            </w:r>
            <w:proofErr w:type="spellEnd"/>
            <w:r>
              <w:t xml:space="preserve">/ EV </w:t>
            </w:r>
            <w:proofErr w:type="spellStart"/>
            <w:r>
              <w:t>nyilvántartási</w:t>
            </w:r>
            <w:proofErr w:type="spellEnd"/>
            <w:r>
              <w:t xml:space="preserve"> </w:t>
            </w:r>
            <w:proofErr w:type="spellStart"/>
            <w:r>
              <w:t>szám</w:t>
            </w:r>
            <w:proofErr w:type="spellEnd"/>
          </w:p>
        </w:tc>
        <w:tc>
          <w:tcPr>
            <w:tcW w:w="4320" w:type="dxa"/>
          </w:tcPr>
          <w:p w14:paraId="6F3DD079" w14:textId="77777777" w:rsidR="00B012A1" w:rsidRDefault="00B012A1" w:rsidP="007B41FC"/>
          <w:p w14:paraId="557A9607" w14:textId="77777777" w:rsidR="007D7A97" w:rsidRDefault="007D7A97" w:rsidP="007B41FC"/>
        </w:tc>
      </w:tr>
      <w:tr w:rsidR="00B012A1" w14:paraId="05BED0E9" w14:textId="77777777" w:rsidTr="007B41FC">
        <w:tc>
          <w:tcPr>
            <w:tcW w:w="4320" w:type="dxa"/>
          </w:tcPr>
          <w:p w14:paraId="074135AA" w14:textId="602B7496" w:rsidR="00B012A1" w:rsidRDefault="00B012A1" w:rsidP="007B41FC">
            <w:proofErr w:type="spellStart"/>
            <w:r>
              <w:t>Adószám</w:t>
            </w:r>
            <w:proofErr w:type="spellEnd"/>
            <w:r>
              <w:t>:</w:t>
            </w:r>
          </w:p>
        </w:tc>
        <w:tc>
          <w:tcPr>
            <w:tcW w:w="4320" w:type="dxa"/>
          </w:tcPr>
          <w:p w14:paraId="3EF3DBBA" w14:textId="77777777" w:rsidR="00B012A1" w:rsidRDefault="00B012A1" w:rsidP="007B41FC"/>
          <w:p w14:paraId="6BB47A25" w14:textId="77777777" w:rsidR="007D7A97" w:rsidRDefault="007D7A97" w:rsidP="007B41FC"/>
        </w:tc>
      </w:tr>
      <w:tr w:rsidR="00B012A1" w14:paraId="4F7F70B1" w14:textId="77777777" w:rsidTr="007B41FC">
        <w:tc>
          <w:tcPr>
            <w:tcW w:w="4320" w:type="dxa"/>
          </w:tcPr>
          <w:p w14:paraId="38AEDFF4" w14:textId="24A15769" w:rsidR="00B012A1" w:rsidRDefault="00B012A1" w:rsidP="007B41FC">
            <w:proofErr w:type="spellStart"/>
            <w:r>
              <w:t>Képviselő</w:t>
            </w:r>
            <w:proofErr w:type="spellEnd"/>
            <w:r>
              <w:t xml:space="preserve"> neve:</w:t>
            </w:r>
          </w:p>
        </w:tc>
        <w:tc>
          <w:tcPr>
            <w:tcW w:w="4320" w:type="dxa"/>
          </w:tcPr>
          <w:p w14:paraId="60050FFF" w14:textId="77777777" w:rsidR="00B012A1" w:rsidRDefault="00B012A1" w:rsidP="007B41FC"/>
          <w:p w14:paraId="27D27280" w14:textId="77777777" w:rsidR="007D7A97" w:rsidRDefault="007D7A97" w:rsidP="007B41FC"/>
        </w:tc>
      </w:tr>
      <w:tr w:rsidR="00B012A1" w14:paraId="38A89F3E" w14:textId="77777777" w:rsidTr="007B41FC">
        <w:tc>
          <w:tcPr>
            <w:tcW w:w="4320" w:type="dxa"/>
          </w:tcPr>
          <w:p w14:paraId="04612AAD" w14:textId="77777777" w:rsidR="00B012A1" w:rsidRDefault="00B012A1" w:rsidP="007B41FC">
            <w:proofErr w:type="spellStart"/>
            <w:r>
              <w:t>Elérhetőség</w:t>
            </w:r>
            <w:proofErr w:type="spellEnd"/>
            <w:r>
              <w:t xml:space="preserve"> (</w:t>
            </w:r>
            <w:proofErr w:type="spellStart"/>
            <w:r>
              <w:t>telefon</w:t>
            </w:r>
            <w:proofErr w:type="spellEnd"/>
            <w:r>
              <w:t>, e-mail)</w:t>
            </w:r>
          </w:p>
        </w:tc>
        <w:tc>
          <w:tcPr>
            <w:tcW w:w="4320" w:type="dxa"/>
          </w:tcPr>
          <w:p w14:paraId="62FAC6C6" w14:textId="77777777" w:rsidR="00B012A1" w:rsidRDefault="00B012A1" w:rsidP="007B41FC"/>
          <w:p w14:paraId="1EAEF2E3" w14:textId="77777777" w:rsidR="007D7A97" w:rsidRDefault="007D7A97" w:rsidP="007B41FC"/>
        </w:tc>
      </w:tr>
    </w:tbl>
    <w:p w14:paraId="54B46B11" w14:textId="77777777" w:rsidR="00B012A1" w:rsidRDefault="00B012A1"/>
    <w:p w14:paraId="2C8C39F9" w14:textId="7BB11D0D" w:rsidR="004729E0" w:rsidRDefault="005B292E">
      <w:r w:rsidRPr="00033253">
        <w:rPr>
          <w:b/>
          <w:bCs/>
        </w:rPr>
        <w:t xml:space="preserve">2. </w:t>
      </w:r>
      <w:proofErr w:type="spellStart"/>
      <w:r w:rsidRPr="00033253">
        <w:rPr>
          <w:b/>
          <w:bCs/>
        </w:rPr>
        <w:t>Szállítandó</w:t>
      </w:r>
      <w:proofErr w:type="spellEnd"/>
      <w:r w:rsidRPr="00033253">
        <w:rPr>
          <w:b/>
          <w:bCs/>
        </w:rPr>
        <w:t xml:space="preserve"> </w:t>
      </w:r>
      <w:proofErr w:type="spellStart"/>
      <w:r w:rsidRPr="00033253">
        <w:rPr>
          <w:b/>
          <w:bCs/>
        </w:rPr>
        <w:t>termék</w:t>
      </w:r>
      <w:proofErr w:type="spellEnd"/>
      <w:r>
        <w:t xml:space="preserve"> (1. </w:t>
      </w:r>
      <w:proofErr w:type="spellStart"/>
      <w:r>
        <w:t>melléklet</w:t>
      </w:r>
      <w:proofErr w:type="spellEnd"/>
      <w:r>
        <w:t xml:space="preserve"> </w:t>
      </w:r>
      <w:proofErr w:type="spellStart"/>
      <w:r>
        <w:t>szerint</w:t>
      </w:r>
      <w:proofErr w:type="spellEnd"/>
      <w:r>
        <w:t>)</w:t>
      </w:r>
    </w:p>
    <w:p w14:paraId="1A98E0A6" w14:textId="47BBB813" w:rsidR="004729E0" w:rsidRDefault="005B292E">
      <w:r>
        <w:t>..............................................................................</w:t>
      </w:r>
      <w:r w:rsidR="007D7A97">
        <w:t>........................................................................................</w:t>
      </w:r>
    </w:p>
    <w:p w14:paraId="75EEF5F3" w14:textId="77777777" w:rsidR="004729E0" w:rsidRPr="00033253" w:rsidRDefault="005B292E">
      <w:pPr>
        <w:rPr>
          <w:b/>
          <w:bCs/>
        </w:rPr>
      </w:pPr>
      <w:r w:rsidRPr="00033253">
        <w:rPr>
          <w:b/>
          <w:bCs/>
        </w:rPr>
        <w:t xml:space="preserve">3. </w:t>
      </w:r>
      <w:proofErr w:type="spellStart"/>
      <w:r w:rsidRPr="00033253">
        <w:rPr>
          <w:b/>
          <w:bCs/>
        </w:rPr>
        <w:t>Útszakaszok</w:t>
      </w:r>
      <w:proofErr w:type="spellEnd"/>
      <w:r w:rsidRPr="00033253">
        <w:rPr>
          <w:b/>
          <w:bCs/>
        </w:rPr>
        <w:t xml:space="preserve"> / </w:t>
      </w:r>
      <w:proofErr w:type="spellStart"/>
      <w:r w:rsidRPr="00033253">
        <w:rPr>
          <w:b/>
          <w:bCs/>
        </w:rPr>
        <w:t>viszonylat</w:t>
      </w:r>
      <w:proofErr w:type="spellEnd"/>
    </w:p>
    <w:p w14:paraId="6B5E6D93" w14:textId="01AF4A62" w:rsidR="004729E0" w:rsidRDefault="005B292E">
      <w:r>
        <w:t>..............................................................................</w:t>
      </w:r>
      <w:r w:rsidR="007D7A97">
        <w:t>.........................................................................................</w:t>
      </w:r>
    </w:p>
    <w:p w14:paraId="209E9BD0" w14:textId="5939A412" w:rsidR="004729E0" w:rsidRDefault="005B292E">
      <w:r>
        <w:t>..............................................................................</w:t>
      </w:r>
      <w:r w:rsidR="007D7A97">
        <w:t>..........................................................................................</w:t>
      </w:r>
    </w:p>
    <w:p w14:paraId="7FCC3454" w14:textId="77777777" w:rsidR="004729E0" w:rsidRPr="00033253" w:rsidRDefault="005B292E">
      <w:pPr>
        <w:rPr>
          <w:b/>
          <w:bCs/>
        </w:rPr>
      </w:pPr>
      <w:r w:rsidRPr="00033253">
        <w:rPr>
          <w:b/>
          <w:bCs/>
        </w:rPr>
        <w:lastRenderedPageBreak/>
        <w:t xml:space="preserve">4. </w:t>
      </w:r>
      <w:proofErr w:type="spellStart"/>
      <w:r w:rsidRPr="00033253">
        <w:rPr>
          <w:b/>
          <w:bCs/>
        </w:rPr>
        <w:t>Gépjármű</w:t>
      </w:r>
      <w:proofErr w:type="spellEnd"/>
      <w:r w:rsidRPr="00033253">
        <w:rPr>
          <w:b/>
          <w:bCs/>
        </w:rPr>
        <w:t xml:space="preserve"> </w:t>
      </w:r>
      <w:proofErr w:type="spellStart"/>
      <w:r w:rsidRPr="00033253">
        <w:rPr>
          <w:b/>
          <w:bCs/>
        </w:rPr>
        <w:t>adatai</w:t>
      </w:r>
      <w:proofErr w:type="spellEnd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729E0" w14:paraId="58700291" w14:textId="77777777">
        <w:tc>
          <w:tcPr>
            <w:tcW w:w="4320" w:type="dxa"/>
          </w:tcPr>
          <w:p w14:paraId="58007C71" w14:textId="77777777" w:rsidR="004729E0" w:rsidRDefault="005B292E">
            <w:proofErr w:type="spellStart"/>
            <w:r>
              <w:t>Forgalmi</w:t>
            </w:r>
            <w:proofErr w:type="spellEnd"/>
            <w:r>
              <w:t xml:space="preserve"> </w:t>
            </w:r>
            <w:proofErr w:type="spellStart"/>
            <w:r>
              <w:t>rendszám</w:t>
            </w:r>
            <w:proofErr w:type="spellEnd"/>
          </w:p>
        </w:tc>
        <w:tc>
          <w:tcPr>
            <w:tcW w:w="4320" w:type="dxa"/>
          </w:tcPr>
          <w:p w14:paraId="3A34B480" w14:textId="77777777" w:rsidR="004729E0" w:rsidRDefault="004729E0"/>
          <w:p w14:paraId="25B2D3B1" w14:textId="77777777" w:rsidR="007D7A97" w:rsidRDefault="007D7A97"/>
        </w:tc>
      </w:tr>
      <w:tr w:rsidR="005B55E2" w14:paraId="1B5E3069" w14:textId="77777777">
        <w:tc>
          <w:tcPr>
            <w:tcW w:w="4320" w:type="dxa"/>
          </w:tcPr>
          <w:p w14:paraId="2F027922" w14:textId="0996296D" w:rsidR="005B55E2" w:rsidRDefault="005B55E2">
            <w:proofErr w:type="spellStart"/>
            <w:r>
              <w:t>Díj</w:t>
            </w:r>
            <w:proofErr w:type="spellEnd"/>
            <w:r>
              <w:t xml:space="preserve"> </w:t>
            </w:r>
            <w:proofErr w:type="spellStart"/>
            <w:r>
              <w:t>és</w:t>
            </w:r>
            <w:proofErr w:type="spellEnd"/>
            <w:r>
              <w:t xml:space="preserve"> </w:t>
            </w:r>
            <w:proofErr w:type="spellStart"/>
            <w:r>
              <w:t>környezetvédelmi</w:t>
            </w:r>
            <w:proofErr w:type="spellEnd"/>
            <w:r>
              <w:t xml:space="preserve"> </w:t>
            </w:r>
            <w:proofErr w:type="spellStart"/>
            <w:r>
              <w:t>kategória</w:t>
            </w:r>
            <w:proofErr w:type="spellEnd"/>
          </w:p>
        </w:tc>
        <w:tc>
          <w:tcPr>
            <w:tcW w:w="4320" w:type="dxa"/>
          </w:tcPr>
          <w:p w14:paraId="1FADB1B8" w14:textId="77777777" w:rsidR="005B55E2" w:rsidRDefault="005B55E2"/>
          <w:p w14:paraId="0CEDD702" w14:textId="77777777" w:rsidR="007D7A97" w:rsidRDefault="007D7A97"/>
        </w:tc>
      </w:tr>
      <w:tr w:rsidR="005B55E2" w14:paraId="04F05079" w14:textId="77777777">
        <w:tc>
          <w:tcPr>
            <w:tcW w:w="4320" w:type="dxa"/>
          </w:tcPr>
          <w:p w14:paraId="147B5376" w14:textId="134D8E9F" w:rsidR="005B55E2" w:rsidRDefault="005B55E2">
            <w:proofErr w:type="spellStart"/>
            <w:r>
              <w:t>Tengelyszám</w:t>
            </w:r>
            <w:proofErr w:type="spellEnd"/>
          </w:p>
        </w:tc>
        <w:tc>
          <w:tcPr>
            <w:tcW w:w="4320" w:type="dxa"/>
          </w:tcPr>
          <w:p w14:paraId="1F4ACA05" w14:textId="77777777" w:rsidR="005B55E2" w:rsidRDefault="005B55E2"/>
          <w:p w14:paraId="5A3D83A6" w14:textId="77777777" w:rsidR="007D7A97" w:rsidRDefault="007D7A97"/>
        </w:tc>
      </w:tr>
      <w:tr w:rsidR="005B55E2" w14:paraId="7D78B177" w14:textId="77777777">
        <w:tc>
          <w:tcPr>
            <w:tcW w:w="4320" w:type="dxa"/>
          </w:tcPr>
          <w:p w14:paraId="757AF3D7" w14:textId="285DD101" w:rsidR="005B55E2" w:rsidRDefault="005B55E2">
            <w:proofErr w:type="spellStart"/>
            <w:r>
              <w:t>Üzembentartó</w:t>
            </w:r>
            <w:proofErr w:type="spellEnd"/>
          </w:p>
        </w:tc>
        <w:tc>
          <w:tcPr>
            <w:tcW w:w="4320" w:type="dxa"/>
          </w:tcPr>
          <w:p w14:paraId="70D86286" w14:textId="77777777" w:rsidR="005B55E2" w:rsidRDefault="005B55E2"/>
          <w:p w14:paraId="08E96948" w14:textId="77777777" w:rsidR="007D7A97" w:rsidRDefault="007D7A97"/>
        </w:tc>
      </w:tr>
    </w:tbl>
    <w:p w14:paraId="5C1F69A3" w14:textId="38489362" w:rsidR="004729E0" w:rsidRDefault="004729E0"/>
    <w:p w14:paraId="7DAEE871" w14:textId="77777777" w:rsidR="007D7A97" w:rsidRDefault="007D7A97"/>
    <w:p w14:paraId="17A61D33" w14:textId="156638D3" w:rsidR="00033253" w:rsidRPr="00033253" w:rsidRDefault="005B292E" w:rsidP="00033253">
      <w:pPr>
        <w:rPr>
          <w:b/>
          <w:bCs/>
        </w:rPr>
      </w:pPr>
      <w:r w:rsidRPr="00033253">
        <w:rPr>
          <w:b/>
          <w:bCs/>
        </w:rPr>
        <w:t xml:space="preserve">5. </w:t>
      </w:r>
      <w:proofErr w:type="spellStart"/>
      <w:r w:rsidRPr="00033253">
        <w:rPr>
          <w:b/>
          <w:bCs/>
        </w:rPr>
        <w:t>Nyilatkozat</w:t>
      </w:r>
      <w:proofErr w:type="spellEnd"/>
    </w:p>
    <w:p w14:paraId="54C12BE2" w14:textId="3A183B9A" w:rsidR="00033253" w:rsidRDefault="00033253" w:rsidP="0003603C">
      <w:pPr>
        <w:jc w:val="both"/>
      </w:pPr>
      <w:proofErr w:type="spellStart"/>
      <w:r>
        <w:t>Kijelentem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a </w:t>
      </w:r>
      <w:proofErr w:type="spellStart"/>
      <w:r>
        <w:t>megadott</w:t>
      </w:r>
      <w:proofErr w:type="spellEnd"/>
      <w:r>
        <w:t xml:space="preserve"> </w:t>
      </w:r>
      <w:proofErr w:type="spellStart"/>
      <w:r>
        <w:t>adatok</w:t>
      </w:r>
      <w:proofErr w:type="spellEnd"/>
      <w:r>
        <w:t xml:space="preserve"> </w:t>
      </w:r>
      <w:proofErr w:type="spellStart"/>
      <w:r>
        <w:t>valósak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helytállóak</w:t>
      </w:r>
      <w:proofErr w:type="spellEnd"/>
      <w:r>
        <w:t>.</w:t>
      </w:r>
    </w:p>
    <w:p w14:paraId="107326CD" w14:textId="187549E8" w:rsidR="0003603C" w:rsidRDefault="00033253" w:rsidP="0003603C">
      <w:pPr>
        <w:jc w:val="both"/>
      </w:pPr>
      <w:proofErr w:type="spellStart"/>
      <w:r>
        <w:t>T</w:t>
      </w:r>
      <w:r w:rsidR="005B292E">
        <w:t>udomásul</w:t>
      </w:r>
      <w:proofErr w:type="spellEnd"/>
      <w:r w:rsidR="005B292E">
        <w:t xml:space="preserve"> </w:t>
      </w:r>
      <w:proofErr w:type="spellStart"/>
      <w:r w:rsidR="005B292E">
        <w:t>veszem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a </w:t>
      </w:r>
      <w:proofErr w:type="spellStart"/>
      <w:r>
        <w:t>jelen</w:t>
      </w:r>
      <w:proofErr w:type="spellEnd"/>
      <w:r>
        <w:t xml:space="preserve"> </w:t>
      </w:r>
      <w:proofErr w:type="spellStart"/>
      <w:r>
        <w:t>kérelemben</w:t>
      </w:r>
      <w:proofErr w:type="spellEnd"/>
      <w:r>
        <w:t xml:space="preserve"> </w:t>
      </w:r>
      <w:proofErr w:type="spellStart"/>
      <w:r>
        <w:t>megadott</w:t>
      </w:r>
      <w:proofErr w:type="spellEnd"/>
      <w:r>
        <w:t xml:space="preserve"> </w:t>
      </w:r>
      <w:proofErr w:type="spellStart"/>
      <w:r>
        <w:t>adatok</w:t>
      </w:r>
      <w:proofErr w:type="spellEnd"/>
      <w:r>
        <w:t xml:space="preserve"> </w:t>
      </w:r>
      <w:proofErr w:type="spellStart"/>
      <w:r>
        <w:t>valódiságáért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helyességéért</w:t>
      </w:r>
      <w:proofErr w:type="spellEnd"/>
      <w:r>
        <w:t xml:space="preserve"> </w:t>
      </w:r>
      <w:proofErr w:type="spellStart"/>
      <w:r>
        <w:t>teljes</w:t>
      </w:r>
      <w:proofErr w:type="spellEnd"/>
      <w:r>
        <w:t xml:space="preserve"> </w:t>
      </w:r>
      <w:proofErr w:type="spellStart"/>
      <w:r>
        <w:t>felelősséggel</w:t>
      </w:r>
      <w:proofErr w:type="spellEnd"/>
      <w:r>
        <w:t xml:space="preserve"> </w:t>
      </w:r>
      <w:proofErr w:type="spellStart"/>
      <w:r>
        <w:t>tartozom</w:t>
      </w:r>
      <w:proofErr w:type="spellEnd"/>
      <w:r>
        <w:t xml:space="preserve">, a 78/2026. (III. 27.) </w:t>
      </w:r>
      <w:proofErr w:type="spellStart"/>
      <w:r>
        <w:t>Korm</w:t>
      </w:r>
      <w:proofErr w:type="spellEnd"/>
      <w:r>
        <w:t xml:space="preserve">. </w:t>
      </w:r>
      <w:proofErr w:type="spellStart"/>
      <w:r>
        <w:t>rendelet</w:t>
      </w:r>
      <w:proofErr w:type="spellEnd"/>
      <w:r>
        <w:t xml:space="preserve"> 4. § (29</w:t>
      </w:r>
      <w:r w:rsidR="00531242">
        <w:t>)</w:t>
      </w:r>
      <w:r>
        <w:t xml:space="preserve"> </w:t>
      </w:r>
      <w:proofErr w:type="spellStart"/>
      <w:r>
        <w:t>bekezdése</w:t>
      </w:r>
      <w:proofErr w:type="spellEnd"/>
      <w:r>
        <w:t xml:space="preserve"> </w:t>
      </w:r>
      <w:proofErr w:type="spellStart"/>
      <w:r>
        <w:t>alapján</w:t>
      </w:r>
      <w:proofErr w:type="spellEnd"/>
      <w:r>
        <w:t xml:space="preserve">, </w:t>
      </w:r>
      <w:proofErr w:type="spellStart"/>
      <w:r>
        <w:t>valamint</w:t>
      </w:r>
      <w:proofErr w:type="spellEnd"/>
      <w:r>
        <w:t xml:space="preserve"> </w:t>
      </w:r>
      <w:proofErr w:type="spellStart"/>
      <w:r>
        <w:t>tudomásul</w:t>
      </w:r>
      <w:proofErr w:type="spellEnd"/>
      <w:r>
        <w:t xml:space="preserve"> </w:t>
      </w:r>
      <w:proofErr w:type="spellStart"/>
      <w:r>
        <w:t>veszem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a </w:t>
      </w:r>
      <w:proofErr w:type="spellStart"/>
      <w:r>
        <w:t>viszonylati</w:t>
      </w:r>
      <w:proofErr w:type="spellEnd"/>
      <w:r w:rsidR="005B292E">
        <w:t xml:space="preserve"> </w:t>
      </w:r>
      <w:proofErr w:type="spellStart"/>
      <w:r w:rsidR="005B292E">
        <w:t>jegy</w:t>
      </w:r>
      <w:proofErr w:type="spellEnd"/>
      <w:r w:rsidR="005B292E">
        <w:t xml:space="preserve"> </w:t>
      </w:r>
      <w:proofErr w:type="spellStart"/>
      <w:r w:rsidR="005B292E">
        <w:t>alapján</w:t>
      </w:r>
      <w:proofErr w:type="spellEnd"/>
      <w:r w:rsidR="005B292E">
        <w:t xml:space="preserve"> </w:t>
      </w:r>
      <w:proofErr w:type="spellStart"/>
      <w:r w:rsidR="005B292E">
        <w:t>kizárólag</w:t>
      </w:r>
      <w:proofErr w:type="spellEnd"/>
      <w:r w:rsidR="005B292E">
        <w:t xml:space="preserve"> a </w:t>
      </w:r>
      <w:proofErr w:type="spellStart"/>
      <w:r w:rsidR="005B292E">
        <w:t>kérelemben</w:t>
      </w:r>
      <w:proofErr w:type="spellEnd"/>
      <w:r w:rsidR="005B292E">
        <w:t xml:space="preserve"> </w:t>
      </w:r>
      <w:proofErr w:type="spellStart"/>
      <w:r w:rsidR="005B292E">
        <w:t>megjelölt</w:t>
      </w:r>
      <w:proofErr w:type="spellEnd"/>
      <w:r w:rsidR="005B292E">
        <w:t xml:space="preserve"> </w:t>
      </w:r>
      <w:proofErr w:type="spellStart"/>
      <w:r w:rsidR="005B292E">
        <w:t>termékek</w:t>
      </w:r>
      <w:proofErr w:type="spellEnd"/>
      <w:r w:rsidR="005B292E">
        <w:t xml:space="preserve"> </w:t>
      </w:r>
      <w:proofErr w:type="spellStart"/>
      <w:r w:rsidR="005B292E">
        <w:t>kizárólagos</w:t>
      </w:r>
      <w:proofErr w:type="spellEnd"/>
      <w:r w:rsidR="005B292E">
        <w:t xml:space="preserve"> </w:t>
      </w:r>
      <w:proofErr w:type="spellStart"/>
      <w:r w:rsidR="005B292E">
        <w:t>szállítása</w:t>
      </w:r>
      <w:proofErr w:type="spellEnd"/>
      <w:r w:rsidR="005B292E">
        <w:t xml:space="preserve"> </w:t>
      </w:r>
      <w:proofErr w:type="spellStart"/>
      <w:r w:rsidR="005B292E">
        <w:t>esetén</w:t>
      </w:r>
      <w:proofErr w:type="spellEnd"/>
      <w:r w:rsidR="005B292E">
        <w:t xml:space="preserve"> </w:t>
      </w:r>
      <w:proofErr w:type="spellStart"/>
      <w:r w:rsidR="005B292E">
        <w:t>áll</w:t>
      </w:r>
      <w:proofErr w:type="spellEnd"/>
      <w:r w:rsidR="005B292E">
        <w:t xml:space="preserve"> </w:t>
      </w:r>
      <w:proofErr w:type="spellStart"/>
      <w:r w:rsidR="005B292E">
        <w:t>fenn</w:t>
      </w:r>
      <w:proofErr w:type="spellEnd"/>
      <w:r w:rsidR="005B292E">
        <w:t xml:space="preserve"> </w:t>
      </w:r>
      <w:proofErr w:type="spellStart"/>
      <w:r w:rsidR="005B292E">
        <w:t>úthaszná</w:t>
      </w:r>
      <w:r>
        <w:t>lati</w:t>
      </w:r>
      <w:proofErr w:type="spellEnd"/>
      <w:r>
        <w:t xml:space="preserve"> </w:t>
      </w:r>
      <w:proofErr w:type="spellStart"/>
      <w:r w:rsidR="005B292E">
        <w:t>jogosultság</w:t>
      </w:r>
      <w:proofErr w:type="spellEnd"/>
      <w:r w:rsidR="005B292E">
        <w:t>.</w:t>
      </w:r>
      <w:r w:rsidR="005B292E">
        <w:br/>
      </w:r>
    </w:p>
    <w:p w14:paraId="28D64D95" w14:textId="121A27BD" w:rsidR="004729E0" w:rsidRDefault="005B292E" w:rsidP="0003603C">
      <w:pPr>
        <w:jc w:val="both"/>
      </w:pPr>
      <w:r>
        <w:t>Kelt: ........................................</w:t>
      </w:r>
    </w:p>
    <w:p w14:paraId="406B100A" w14:textId="77777777" w:rsidR="004729E0" w:rsidRDefault="005B292E" w:rsidP="00033253">
      <w:pPr>
        <w:ind w:left="5040"/>
      </w:pPr>
      <w:r>
        <w:br/>
        <w:t>.....................................................</w:t>
      </w:r>
    </w:p>
    <w:p w14:paraId="66533156" w14:textId="77777777" w:rsidR="004729E0" w:rsidRDefault="005B292E" w:rsidP="00033253">
      <w:pPr>
        <w:ind w:left="5040" w:firstLine="720"/>
      </w:pPr>
      <w:proofErr w:type="spellStart"/>
      <w:r>
        <w:t>kérelmező</w:t>
      </w:r>
      <w:proofErr w:type="spellEnd"/>
      <w:r>
        <w:t xml:space="preserve"> </w:t>
      </w:r>
      <w:proofErr w:type="spellStart"/>
      <w:r>
        <w:t>aláírása</w:t>
      </w:r>
      <w:proofErr w:type="spellEnd"/>
    </w:p>
    <w:sectPr w:rsidR="004729E0" w:rsidSect="00686E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EA367" w14:textId="77777777" w:rsidR="00574434" w:rsidRDefault="00574434">
      <w:pPr>
        <w:spacing w:after="0" w:line="240" w:lineRule="auto"/>
      </w:pPr>
      <w:r>
        <w:separator/>
      </w:r>
    </w:p>
  </w:endnote>
  <w:endnote w:type="continuationSeparator" w:id="0">
    <w:p w14:paraId="46F8B207" w14:textId="77777777" w:rsidR="00574434" w:rsidRDefault="00574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F0BBB" w14:textId="77777777" w:rsidR="00574434" w:rsidRDefault="00574434">
      <w:pPr>
        <w:spacing w:after="0" w:line="240" w:lineRule="auto"/>
      </w:pPr>
      <w:r>
        <w:separator/>
      </w:r>
    </w:p>
  </w:footnote>
  <w:footnote w:type="continuationSeparator" w:id="0">
    <w:p w14:paraId="12B93955" w14:textId="77777777" w:rsidR="00574434" w:rsidRDefault="005744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8D25B5"/>
    <w:multiLevelType w:val="hybridMultilevel"/>
    <w:tmpl w:val="393E52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253"/>
    <w:rsid w:val="00034616"/>
    <w:rsid w:val="0003603C"/>
    <w:rsid w:val="0006063C"/>
    <w:rsid w:val="000911A1"/>
    <w:rsid w:val="00094C64"/>
    <w:rsid w:val="0015074B"/>
    <w:rsid w:val="001F18ED"/>
    <w:rsid w:val="00275359"/>
    <w:rsid w:val="0029151E"/>
    <w:rsid w:val="0029639D"/>
    <w:rsid w:val="00326F90"/>
    <w:rsid w:val="00371508"/>
    <w:rsid w:val="00376BD6"/>
    <w:rsid w:val="003B2894"/>
    <w:rsid w:val="0045445B"/>
    <w:rsid w:val="004729E0"/>
    <w:rsid w:val="00502EE2"/>
    <w:rsid w:val="00531242"/>
    <w:rsid w:val="00574434"/>
    <w:rsid w:val="005B292E"/>
    <w:rsid w:val="005B55E2"/>
    <w:rsid w:val="005E1172"/>
    <w:rsid w:val="00686E03"/>
    <w:rsid w:val="006C7F9E"/>
    <w:rsid w:val="00720F9E"/>
    <w:rsid w:val="007265CC"/>
    <w:rsid w:val="007D7A97"/>
    <w:rsid w:val="008A37C2"/>
    <w:rsid w:val="00903F38"/>
    <w:rsid w:val="00AA1D8D"/>
    <w:rsid w:val="00B012A1"/>
    <w:rsid w:val="00B47730"/>
    <w:rsid w:val="00C97297"/>
    <w:rsid w:val="00CB0664"/>
    <w:rsid w:val="00CB1DDC"/>
    <w:rsid w:val="00DA2212"/>
    <w:rsid w:val="00DD6F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0FCCA7"/>
  <w14:defaultImageDpi w14:val="300"/>
  <w15:docId w15:val="{7F2A23BD-5436-468C-B623-5A8FBD4F1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266</Words>
  <Characters>1841</Characters>
  <Application>Microsoft Office Word</Application>
  <DocSecurity>0</DocSecurity>
  <Lines>15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MUHELY</cp:lastModifiedBy>
  <cp:revision>2</cp:revision>
  <cp:lastPrinted>2026-05-04T12:24:00Z</cp:lastPrinted>
  <dcterms:created xsi:type="dcterms:W3CDTF">2026-05-12T12:33:00Z</dcterms:created>
  <dcterms:modified xsi:type="dcterms:W3CDTF">2026-05-12T12:33:00Z</dcterms:modified>
  <cp:category/>
</cp:coreProperties>
</file>